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האוכל של המחר – חקלאות אנכית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החקלאות האנכית ואת יתרונותיה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האתגרים של גידול מזון בלי שמש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עתיד הגידול של מזון בערים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נורות 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המים זורמים במעגל סגור וחוזרים לשימוש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 - מגדלים לגובה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הנורות, המזגנים והמשאבות צורכים הרבה חשמל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חווה אנכית או שדה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(מתאים לחווה אנכית)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(מתאים לחווה אנכית)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(מתאים לשדה פתוח)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(מתאים לשדה פתוח)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אם התלמיד מנמק עם טיעון הגיוני כמו טריות, איכות או חיסכון בשטח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נורות לד שנותנות אור ומאפשרות גידול בלי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גדול במים כי הם זורמים במעגל סגור וחוזרים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צריכת חשמל גבוהה מהתאורה, המזגנים והמשאבות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סרטון קצר של חווה אנכית אמיתית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בשאלת האתגר - אין תשובה אחת נכונה אלא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המיון אפשר להוסיף דיון קצר על מה הופך צמח למתאים לגידול בחווה אנכית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האוכל של המחר – חקלאות אנכית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בתחנה הזאת לומדים על חקלאות אנכית – שיטה לגדל ירקות בקומות, בתוך מבנים, בלי שמש ובלי אדמה, בעזרת נורות לד ומים במחזור סגור.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מזיקים  ·  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מחליף את השמש בחווה האנכית?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נורות 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החקלאות האנכית משתמשת בפחות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הצמחים לא צריכים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יורד 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המים זורמים במעגל סגור וחוזרים לשימוש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בחקלאות אנכית מגדלים צמחים בקומות, אחת מעל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חקלאות אנכית לא צורכת חשמל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בחווה האנכית מחשב קובע כמה אור, חום ו__________ כל צמח מקבל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החוות סגורות ולכן יש בהן פחות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חווה אנכית או שדה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מתאים לשדה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בזיליקום ונענע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מתאים לשדה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עצי תפוז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מתאים לחווה אנכית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מתאים לחווה אנכית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הייתם קונים ירקות שגדלו בלי שמש ובלי אדמה? מה היה משכנע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מחליף את השמש בחווה האנכית?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היתרון העיקרי של חקלאות אנכית מבחינת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האוכל של המחר – חקלאות אנכית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