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האוכל של המחר – חקלאות אנכית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החקלאות האנכית ואת יתרונותיה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האתגרים של גידול מזון בלי שמש ואדמה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עתיד הגידול של מזון בערים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פני המים – שאלות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נורות 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כי המים זורמים במעגל סגור וחוזרים לשימוש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צריכה גבוהה של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כי הם גדלים קרוב לקונים ונוסעים 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 חיטה דורשת שטחים גדולים וזה יקר מדי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בטקסט - מגדלים לגובה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הנורות, המזגנים והמשאבות צורכים הרבה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אין תלות בעונות השנה כי התנאים מבוקרים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שיטה משלימה, יש אתגרים כמו חשמל ועלות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אנרגיה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חווה אנכית או שדה 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(מתאים לחווה אנכית)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(מתאים לחווה אנכית)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(מתאים לשדה פתוח)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(מתאים לשדה פתוח)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(מתאים לשדה פתוח)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(מתאים לחווה אנכית)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אם התלמיד מנמק עם טיעון הגיוני כמו טריות, איכות או חיסכון בשטח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תכלול: שימוש באנרגיה נקייה (שמש, רוח), יעילות חשמל, השוואה לחלופות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המתייחסת למקום קונקרטי ולנימוק הגיוני כמו קרבה לתושבים או שטח פנוי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נורות לד שנותנות אור ומאפשרות גידול בלי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חיסכון גדול במים כי הם זורמים במעגל סגור וחוזרים לשימוש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צריכת חשמל גבוהה מהתאורה, המזגנים והמשאבות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או סרטון קצר של חווה אנכית אמיתית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בשאלת האתגר - אין תשובה אחת נכונה אלא חשיבה ביקורתית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המיון אפשר להוסיף דיון קצר על מה הופך צמח למתאים לגידול בחווה אנכית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האוכל של המחר – חקלאות אנכית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על דרך חדשה לגדל ירקות. מגדלים אותם בתוך בניין, בלי שמש, עם אור מנורות מיוחדות.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חקלאות אנכית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גידול צמחים בקומות אחת מעל השנייה בתוך מבנה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נורות לד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נורות שנותנות אור במקום השמש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מים סגור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חוזרים לשימוש שוב ושוב ולא הולכים לאיבוד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חומרי הדברה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חומרים שהורגים מזיקים בגידולים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אנרגיה נקייה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חשמל שמיוצר בלי זיהום, למשל משמש או רוח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מזיקים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חרקים או יצורים שפוגעים בצמחים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שטח גידול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השטח שבו מגדלים את הצמחים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פני המים – שאלות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נותן אור לצמחים בחווה האנכית?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נורות 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חוסכים מים בחווה האנכית?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הצמחים לא צריכים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יורד בה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המים זורמים במעגל סגור וחוזרים לשימוש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משקים רק פעם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הקושי הכי גדול בחווה האנכית?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צריכה גבוהה של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יותר מדי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מחסור בעובדים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הצמחים גדלים מהר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הירקות האלה טריים?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עשויים מפלסטיק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קוטפים אותם רק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שוטפים אותם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גדלים קרוב לקונים ונוסעים 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קשה לגדל חיטה בחווה אנכית?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חיטה דורשת שטחים גדולים וזה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חיטה לא צריכה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לגדל חיטה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חיטה גדלה רק 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בחקלאות אנכית מגדלים צמחים בקומות, אחת מעל השנייה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חקלאות אנכית לא צורכת חשמל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בחוות אנכיות אפשר לגדל ירקות עלים כל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חקלאות אנכית תחליף בקרוב את כל השדות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בחווה האנכית מחשב קובע כמה אור, חום ו__________ כל צמח מקבל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החוות סגורות ולכן יש בהן פחות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החקלאות האנכית תופסת מעט שטח כי מגדלים ל__________ ולא לרוחב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חוקרים מחפשים דרכים לחבר את החוות ל__________ נקייה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חווה אנכית או שדה 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מתאים לחווה אנכית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בזיליקום ונענע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מתאים לחווה אנכית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עצי תפוז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מתאים לשדה פתוח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מתאים לחווה אנכית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מתאים לשדה פתוח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תותים קטנים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מתאים לשדה פתוח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הייתם קונים ירקות שגדלו בלי שמש ובלי אדמה? מה היה משכנע אתכם?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חווה אנכית חוסכת מים ושטח אבל צורכת הרבה חשמל. באילו תנאים היא באמת ידידותית לסביבה?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בעיר או ביישוב שלכם אפשר היה להקים חווה אנכית קטנה? למה דווקא שם?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מחליף את השמש בחווה האנכית?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היתרון העיקרי של חקלאות אנכית מבחינת 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האתגר הכי גדול של השיטה הזאת?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האוכל של המחר – חקלאות אנכית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